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B8FCF" w14:textId="078147C3" w:rsidR="000271D7" w:rsidRPr="00F80835" w:rsidRDefault="00000000">
      <w:pPr>
        <w:pStyle w:val="Kop1"/>
        <w:rPr>
          <w:lang w:val="nl-NL"/>
        </w:rPr>
      </w:pPr>
      <w:r w:rsidRPr="00F80835">
        <w:rPr>
          <w:lang w:val="nl-NL"/>
        </w:rPr>
        <w:t>Privacyverklaring Social Pepper</w:t>
      </w:r>
    </w:p>
    <w:p w14:paraId="2B58EE83" w14:textId="4909D299" w:rsidR="000271D7" w:rsidRPr="00F80835" w:rsidRDefault="00000000">
      <w:pPr>
        <w:rPr>
          <w:lang w:val="nl-NL"/>
        </w:rPr>
      </w:pPr>
      <w:r w:rsidRPr="00F80835">
        <w:rPr>
          <w:lang w:val="nl-NL"/>
        </w:rPr>
        <w:t xml:space="preserve">Social Pepper, gevestigd aan </w:t>
      </w:r>
      <w:r w:rsidR="00F80835">
        <w:rPr>
          <w:lang w:val="nl-NL"/>
        </w:rPr>
        <w:t>Vloed 2, 4813 PD</w:t>
      </w:r>
      <w:r w:rsidRPr="00F80835">
        <w:rPr>
          <w:lang w:val="nl-NL"/>
        </w:rPr>
        <w:t xml:space="preserve"> Breda, is verantwoordelijk voor de verwerking van persoonsgegevens zoals weergegeven in deze</w:t>
      </w:r>
      <w:r w:rsidRPr="00F80835">
        <w:rPr>
          <w:lang w:val="nl-NL"/>
        </w:rPr>
        <w:br/>
        <w:t>privacyverklaring.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Contactgegevens</w:t>
      </w:r>
      <w:r w:rsidRPr="00F80835">
        <w:rPr>
          <w:lang w:val="nl-NL"/>
        </w:rPr>
        <w:br/>
        <w:t>https://www.socialpepper.nl</w:t>
      </w:r>
      <w:r w:rsidRPr="00F80835">
        <w:rPr>
          <w:lang w:val="nl-NL"/>
        </w:rPr>
        <w:br/>
      </w:r>
      <w:r w:rsidR="00F80835">
        <w:rPr>
          <w:lang w:val="nl-NL"/>
        </w:rPr>
        <w:t>Vloed 2, 4813 PD</w:t>
      </w:r>
      <w:r w:rsidR="00F80835" w:rsidRPr="00F80835">
        <w:rPr>
          <w:lang w:val="nl-NL"/>
        </w:rPr>
        <w:t xml:space="preserve"> Breda</w:t>
      </w:r>
      <w:r w:rsidRPr="00F80835">
        <w:rPr>
          <w:lang w:val="nl-NL"/>
        </w:rPr>
        <w:br/>
        <w:t>06-11210036</w:t>
      </w:r>
      <w:r w:rsidRPr="00F80835">
        <w:rPr>
          <w:lang w:val="nl-NL"/>
        </w:rPr>
        <w:br/>
        <w:t>Richard Vermeer is de Functionaris Gegevensbescherming van Social Pepper Hij/zij is te bereiken via richard@socialpepper.nl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Persoonsgegevens die wij verwerken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verwerkt je persoonsgegevens doordat je gebruik maakt van onze diensten en/of omdat je deze gegevens zelf aan ons verstrekt. Hieronder vind je</w:t>
      </w:r>
      <w:r w:rsidRPr="00F80835">
        <w:rPr>
          <w:lang w:val="nl-NL"/>
        </w:rPr>
        <w:br/>
        <w:t>een overzicht van de persoonsgegevens die wij verwerken:</w:t>
      </w:r>
      <w:r w:rsidRPr="00F80835">
        <w:rPr>
          <w:lang w:val="nl-NL"/>
        </w:rPr>
        <w:br/>
        <w:t>- Voor- en achternaam</w:t>
      </w:r>
      <w:r w:rsidRPr="00F80835">
        <w:rPr>
          <w:lang w:val="nl-NL"/>
        </w:rPr>
        <w:br/>
        <w:t>- Adresgegevens</w:t>
      </w:r>
      <w:r w:rsidRPr="00F80835">
        <w:rPr>
          <w:lang w:val="nl-NL"/>
        </w:rPr>
        <w:br/>
        <w:t>- Telefoonnummer</w:t>
      </w:r>
      <w:r w:rsidRPr="00F80835">
        <w:rPr>
          <w:lang w:val="nl-NL"/>
        </w:rPr>
        <w:br/>
        <w:t>- E-mailadres</w:t>
      </w:r>
      <w:r w:rsidRPr="00F80835">
        <w:rPr>
          <w:lang w:val="nl-NL"/>
        </w:rPr>
        <w:br/>
        <w:t>- Bankrekeningnummer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Bijzondere en/of gevoelige persoonsgegevens die wij verwerken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Onze website en/of dienst heeft niet de intentie gegevens te verzamelen over websitebezoekers die jonger zijn dan 16 jaar. Tenzij ze toestemming hebben van</w:t>
      </w:r>
      <w:r w:rsidRPr="00F80835">
        <w:rPr>
          <w:lang w:val="nl-NL"/>
        </w:rPr>
        <w:br/>
        <w:t>ouders of voogd. We kunnen echter niet controleren of een bezoeker ouder dan 16 is. Wij raden ouders dan ook aan betrokken te zijn bij de online activiteiten</w:t>
      </w:r>
      <w:r w:rsidRPr="00F80835">
        <w:rPr>
          <w:lang w:val="nl-NL"/>
        </w:rPr>
        <w:br/>
        <w:t>van hun kinderen, om zo te voorkomen dat er gegevens over kinderen verzameld worden zonder ouderlijke toestemming. Als je er van overtuigd bent dat wij</w:t>
      </w:r>
      <w:r w:rsidRPr="00F80835">
        <w:rPr>
          <w:lang w:val="nl-NL"/>
        </w:rPr>
        <w:br/>
        <w:t>zonder die toestemming persoonlijke gegevens hebben verzameld over een minderjarige, neem dan contact met ons op via richard@socialpepper.nl, dan</w:t>
      </w:r>
      <w:r w:rsidRPr="00F80835">
        <w:rPr>
          <w:lang w:val="nl-NL"/>
        </w:rPr>
        <w:br/>
        <w:t>verwijderen wij deze informatie.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Met welk doel en op basis van welke grondslag wij persoonsgegevens verwerken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verwerkt jouw persoonsgegevens voor de volgende doelen:</w:t>
      </w:r>
      <w:r w:rsidRPr="00F80835">
        <w:rPr>
          <w:lang w:val="nl-NL"/>
        </w:rPr>
        <w:br/>
        <w:t>- Het afhandelen van jouw betaling</w:t>
      </w:r>
      <w:r w:rsidRPr="00F80835">
        <w:rPr>
          <w:lang w:val="nl-NL"/>
        </w:rPr>
        <w:br/>
        <w:t>- Verzenden van onze nieuwsbrief en/of reclamefolder</w:t>
      </w:r>
      <w:r w:rsidRPr="00F80835">
        <w:rPr>
          <w:lang w:val="nl-NL"/>
        </w:rPr>
        <w:br/>
        <w:t>- Je te kunnen bellen of e-mailen indien dit nodig is om onze dienstverlening uit te kunnen voeren</w:t>
      </w:r>
      <w:r w:rsidRPr="00F80835">
        <w:rPr>
          <w:lang w:val="nl-NL"/>
        </w:rPr>
        <w:br/>
        <w:t>- Je te informeren over wijzigingen van onze diensten en producten</w:t>
      </w:r>
      <w:r w:rsidRPr="00F80835">
        <w:rPr>
          <w:lang w:val="nl-NL"/>
        </w:rPr>
        <w:br/>
        <w:t xml:space="preserve">- Social Pepper verwerkt ook persoonsgegevens als wij hier wettelijk toe verplicht zijn, </w:t>
      </w:r>
      <w:r w:rsidRPr="00F80835">
        <w:rPr>
          <w:lang w:val="nl-NL"/>
        </w:rPr>
        <w:lastRenderedPageBreak/>
        <w:t>zoals gegevens die wij nodig hebben voor onze belastingaangifte.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Geautomatiseerde besluitvorming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neemt [wel / niet] op basis van geautomatiseerde verwerkingen besluiten over zaken die (aanzienlijke) gevolgen kunnen hebben voor personen.</w:t>
      </w:r>
      <w:r w:rsidRPr="00F80835">
        <w:rPr>
          <w:lang w:val="nl-NL"/>
        </w:rPr>
        <w:br/>
        <w:t>Het gaat hier om besluiten die worden genomen door computerprogramma's of -systemen, zonder dat daar een mens (bijvoorbeeld een medewerker van Social</w:t>
      </w:r>
      <w:r w:rsidRPr="00F80835">
        <w:rPr>
          <w:lang w:val="nl-NL"/>
        </w:rPr>
        <w:br/>
        <w:t>Pepper) tussen zit. Social Pepper gebruikt de volgende computerprogramma's of -systemen: [aanvullen met naam van het systeem, waarom het gebruikt wordt,</w:t>
      </w:r>
      <w:r w:rsidRPr="00F80835">
        <w:rPr>
          <w:lang w:val="nl-NL"/>
        </w:rPr>
        <w:br/>
        <w:t>onderliggende logica, belang en verwachte gevolgen voor betrokkene]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Hoe lang we persoonsgegevens bewaren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bewaart je persoonsgegevens niet langer dan strikt nodig is om de doelen te realiseren waarvoor je gegevens worden verzameld. Wij hanteren de</w:t>
      </w:r>
      <w:r w:rsidRPr="00F80835">
        <w:rPr>
          <w:lang w:val="nl-NL"/>
        </w:rPr>
        <w:br/>
        <w:t>volgende bewaartermijnen voor de volgende (</w:t>
      </w:r>
      <w:r w:rsidR="00F80835" w:rsidRPr="00F80835">
        <w:rPr>
          <w:lang w:val="nl-NL"/>
        </w:rPr>
        <w:t>categorie</w:t>
      </w:r>
      <w:r w:rsidR="00F80835">
        <w:rPr>
          <w:lang w:val="nl-NL"/>
        </w:rPr>
        <w:t>ën</w:t>
      </w:r>
      <w:r w:rsidRPr="00F80835">
        <w:rPr>
          <w:lang w:val="nl-NL"/>
        </w:rPr>
        <w:t>) van persoonsgegevens: (Categorie) persoonsgegevens &gt; Bewaartermijn &gt; Reden Personalia &gt;</w:t>
      </w:r>
      <w:r w:rsidRPr="00F80835">
        <w:rPr>
          <w:lang w:val="nl-NL"/>
        </w:rPr>
        <w:br/>
        <w:t>Bewaartermijn &gt; Reden Adres &gt; Bewaartermijn &gt; Reden Enzovoort &gt; Bewaartermijn &gt; Reden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Delen van persoonsgegevens met derden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deelt jouw persoonsgegevens met verschillende derden als dit noodzakelijk is voor het uitvoeren van de overeenkomst en om te voldoen aan een</w:t>
      </w:r>
      <w:r w:rsidRPr="00F80835">
        <w:rPr>
          <w:lang w:val="nl-NL"/>
        </w:rPr>
        <w:br/>
        <w:t>eventuele wettelijke verplichting. Met bedrijven die je gegevens verwerken in onze opdracht, sluiten wij een bewerkersovereenkomst om te zorgen voor eenzelfde</w:t>
      </w:r>
      <w:r w:rsidRPr="00F80835">
        <w:rPr>
          <w:lang w:val="nl-NL"/>
        </w:rPr>
        <w:br/>
        <w:t>niveau van beveiliging en vertrouwelijkheid van jouw gegevens. Social Pepper blijft verantwoordelijk voor deze verwerkingen. Daarnaast verstrekt Social Pepper</w:t>
      </w:r>
      <w:r w:rsidRPr="00F80835">
        <w:rPr>
          <w:lang w:val="nl-NL"/>
        </w:rPr>
        <w:br/>
        <w:t>jouw persoonsgegevens aan andere derden. Dit doen wij alleen met jouw nadrukkelijke toestemming. [voeg hier een tabel toe met: de categorie waar derde toe</w:t>
      </w:r>
      <w:r w:rsidRPr="00F80835">
        <w:rPr>
          <w:lang w:val="nl-NL"/>
        </w:rPr>
        <w:br/>
        <w:t>behoort, naam en jurisdictie, doel en welke gegevens.]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Cookies, of vergelijkbare technieken, die wij gebruiken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gebruikt functionele, analytische en tracking cookies. Een cookie is een klein tekstbestand dat bij het eerste bezoek aan deze website wordt</w:t>
      </w:r>
      <w:r w:rsidRPr="00F80835">
        <w:rPr>
          <w:lang w:val="nl-NL"/>
        </w:rPr>
        <w:br/>
        <w:t>opgeslagen in de browser van je computer, tablet of smartphone. Social Pepper gebruikt cookies met een puur technische functionaliteit. Deze zorgen ervoor dat</w:t>
      </w:r>
      <w:r w:rsidRPr="00F80835">
        <w:rPr>
          <w:lang w:val="nl-NL"/>
        </w:rPr>
        <w:br/>
        <w:t>de website naar behoren werkt en dat bijvoorbeeld jouw voorkeursinstellingen onthouden worden. Deze cookies worden ook gebruikt om de website goed te</w:t>
      </w:r>
      <w:r w:rsidRPr="00F80835">
        <w:rPr>
          <w:lang w:val="nl-NL"/>
        </w:rPr>
        <w:br/>
        <w:t>laten werken en deze te kunnen optimaliseren. Daarnaast plaatsen we cookies die jouw surfgedrag bijhouden zodat we op maat gemaakte content en</w:t>
      </w:r>
      <w:r w:rsidRPr="00F80835">
        <w:rPr>
          <w:lang w:val="nl-NL"/>
        </w:rPr>
        <w:br/>
        <w:t>advertenties kunnen aanbieden. Bij jouw eerste bezoek aan onze website hebben wij je al ge</w:t>
      </w:r>
      <w:r w:rsidR="00F80835">
        <w:rPr>
          <w:lang w:val="nl-NL"/>
        </w:rPr>
        <w:t>i</w:t>
      </w:r>
      <w:r w:rsidRPr="00F80835">
        <w:rPr>
          <w:lang w:val="nl-NL"/>
        </w:rPr>
        <w:t>nformeerd over deze cookies en hebben we je toestemming</w:t>
      </w:r>
      <w:r w:rsidRPr="00F80835">
        <w:rPr>
          <w:lang w:val="nl-NL"/>
        </w:rPr>
        <w:br/>
        <w:t>gevraagd voor het plaatsen ervan. Je kunt je afmelden voor cookies door je internetbrowser zo in te stellen dat deze geen cookies meer opslaat. Daarnaast kun</w:t>
      </w:r>
      <w:r w:rsidRPr="00F80835">
        <w:rPr>
          <w:lang w:val="nl-NL"/>
        </w:rPr>
        <w:br/>
      </w:r>
      <w:r w:rsidRPr="00F80835">
        <w:rPr>
          <w:lang w:val="nl-NL"/>
        </w:rPr>
        <w:lastRenderedPageBreak/>
        <w:t>je ook alle informatie die eerder is opgeslagen via de instellingen van je browser verwijderen. Zie voor een toelichting:</w:t>
      </w:r>
      <w:r w:rsidRPr="00F80835">
        <w:rPr>
          <w:lang w:val="nl-NL"/>
        </w:rPr>
        <w:br/>
        <w:t>https://veiliginternetten.nl/themes/situatie/cookies-wat-zijn-het-en-wat-doe-ik-ermee/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Gegevens inzien, aanpassen of verwijderen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Je hebt het recht om je persoonsgegevens in te zien, te corrigeren of te verwijderen. Daarnaast heb je het recht om je eventuele toestemming voor de</w:t>
      </w:r>
      <w:r w:rsidRPr="00F80835">
        <w:rPr>
          <w:lang w:val="nl-NL"/>
        </w:rPr>
        <w:br/>
        <w:t>gegevensverwerking in te trekken of bezwaar te maken tegen de verwerking van jouw persoonsgegevens door Social Pepper en heb je het recht op</w:t>
      </w:r>
      <w:r w:rsidRPr="00F80835">
        <w:rPr>
          <w:lang w:val="nl-NL"/>
        </w:rPr>
        <w:br/>
        <w:t>gegevensoverdraagbaarheid. Dat betekent dat je bij ons een verzoek kan indienen om de persoonsgegevens die wij van jou beschikken in een computerbestand</w:t>
      </w:r>
      <w:r w:rsidRPr="00F80835">
        <w:rPr>
          <w:lang w:val="nl-NL"/>
        </w:rPr>
        <w:br/>
        <w:t>naar jou of een ander, door jou genoemde organisatie, te sturen. Je kunt een verzoek tot inzage, correctie, verwijdering, gegevensoverdraging van je</w:t>
      </w:r>
      <w:r w:rsidRPr="00F80835">
        <w:rPr>
          <w:lang w:val="nl-NL"/>
        </w:rPr>
        <w:br/>
        <w:t>persoonsgegevens of verzoek tot intrekking van je toestemming of bezwaar op de verwerking van jouw persoonsgegevens sturen naar richard@socialpepper.nl.</w:t>
      </w:r>
      <w:r w:rsidRPr="00F80835">
        <w:rPr>
          <w:lang w:val="nl-NL"/>
        </w:rPr>
        <w:br/>
        <w:t>Om er zeker van te zijn dat het verzoek tot inzage door jou is gedaan, vragen wij jou een kopie van je identiteitsbewijs met het verzoek mee te sturen. Maak in</w:t>
      </w:r>
      <w:r w:rsidRPr="00F80835">
        <w:rPr>
          <w:lang w:val="nl-NL"/>
        </w:rPr>
        <w:br/>
        <w:t>deze kopie je pasfoto, MRZ (machine readable zone, de strook met nummers onderaan het paspoort), paspoortnummer en Burgerservicenummer (BSN) zwart.</w:t>
      </w:r>
      <w:r w:rsidRPr="00F80835">
        <w:rPr>
          <w:lang w:val="nl-NL"/>
        </w:rPr>
        <w:br/>
        <w:t>Dit ter bescherming van je privacy. We reageren zo snel mogelijk, maar binnen vier weken, op jouw verzoek . Social Pepper wil je er tevens op wijzen dat je de</w:t>
      </w:r>
      <w:r w:rsidRPr="00F80835">
        <w:rPr>
          <w:lang w:val="nl-NL"/>
        </w:rPr>
        <w:br/>
        <w:t>mogelijkheid hebt om een klacht in te dienen bij de nationale toezichthouder, de Autoriteit Persoonsgegevens. Dat kan via de volgende link:</w:t>
      </w:r>
      <w:r w:rsidRPr="00F80835">
        <w:rPr>
          <w:lang w:val="nl-NL"/>
        </w:rPr>
        <w:br/>
        <w:t>https://autoriteitpersoonsgegevens.nl/nl/contact-met-de-autoriteit-persoonsgegevens/tip-ons</w:t>
      </w:r>
      <w:r w:rsidRPr="00F80835">
        <w:rPr>
          <w:lang w:val="nl-NL"/>
        </w:rPr>
        <w:br/>
      </w:r>
      <w:r w:rsidRPr="00F80835">
        <w:rPr>
          <w:lang w:val="nl-NL"/>
        </w:rPr>
        <w:br/>
      </w:r>
      <w:r w:rsidRPr="00F80835">
        <w:rPr>
          <w:b/>
          <w:bCs/>
          <w:lang w:val="nl-NL"/>
        </w:rPr>
        <w:t>Hoe wij persoonsgegevens beveiligen</w:t>
      </w:r>
      <w:r w:rsidRPr="00F80835">
        <w:rPr>
          <w:b/>
          <w:bCs/>
          <w:lang w:val="nl-NL"/>
        </w:rPr>
        <w:br/>
      </w:r>
      <w:r w:rsidRPr="00F80835">
        <w:rPr>
          <w:lang w:val="nl-NL"/>
        </w:rPr>
        <w:t>Social Pepper neemt de bescherming van jouw gegevens serieus en neemt passende maatregelen om misbruik, verlies, onbevoegde toegang, ongewenste</w:t>
      </w:r>
      <w:r w:rsidRPr="00F80835">
        <w:rPr>
          <w:lang w:val="nl-NL"/>
        </w:rPr>
        <w:br/>
        <w:t>openbaarmaking en ongeoorloofde wijziging tegen te gaan. Als jij het idee hebt dat jouw gegevens toch niet goed beveiligd zijn of er aanwijzingen zijn van</w:t>
      </w:r>
      <w:r w:rsidRPr="00F80835">
        <w:rPr>
          <w:lang w:val="nl-NL"/>
        </w:rPr>
        <w:br/>
        <w:t>misbruik, neem dan contact op met onze klantenservice of via richard@socialpepper.nl</w:t>
      </w:r>
      <w:r w:rsidRPr="00F80835">
        <w:rPr>
          <w:lang w:val="nl-NL"/>
        </w:rPr>
        <w:br/>
      </w:r>
    </w:p>
    <w:sectPr w:rsidR="000271D7" w:rsidRPr="00F8083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89518879">
    <w:abstractNumId w:val="8"/>
  </w:num>
  <w:num w:numId="2" w16cid:durableId="1799646806">
    <w:abstractNumId w:val="6"/>
  </w:num>
  <w:num w:numId="3" w16cid:durableId="600800955">
    <w:abstractNumId w:val="5"/>
  </w:num>
  <w:num w:numId="4" w16cid:durableId="1216502440">
    <w:abstractNumId w:val="4"/>
  </w:num>
  <w:num w:numId="5" w16cid:durableId="1823039843">
    <w:abstractNumId w:val="7"/>
  </w:num>
  <w:num w:numId="6" w16cid:durableId="1501653350">
    <w:abstractNumId w:val="3"/>
  </w:num>
  <w:num w:numId="7" w16cid:durableId="996417097">
    <w:abstractNumId w:val="2"/>
  </w:num>
  <w:num w:numId="8" w16cid:durableId="1949465716">
    <w:abstractNumId w:val="1"/>
  </w:num>
  <w:num w:numId="9" w16cid:durableId="598031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71D7"/>
    <w:rsid w:val="00034616"/>
    <w:rsid w:val="0006063C"/>
    <w:rsid w:val="0015074B"/>
    <w:rsid w:val="0029639D"/>
    <w:rsid w:val="00326F90"/>
    <w:rsid w:val="008A7032"/>
    <w:rsid w:val="00AA1D8D"/>
    <w:rsid w:val="00B47730"/>
    <w:rsid w:val="00CB0664"/>
    <w:rsid w:val="00F8083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4F2D14"/>
  <w14:defaultImageDpi w14:val="300"/>
  <w15:docId w15:val="{EA036630-C713-4A66-8475-247E1960F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1044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Richard Vermeer</cp:lastModifiedBy>
  <cp:revision>2</cp:revision>
  <dcterms:created xsi:type="dcterms:W3CDTF">2013-12-23T23:15:00Z</dcterms:created>
  <dcterms:modified xsi:type="dcterms:W3CDTF">2025-09-21T10:43:00Z</dcterms:modified>
  <cp:category/>
</cp:coreProperties>
</file>